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B183" w14:textId="684DB4BE" w:rsidR="00F768B1" w:rsidRDefault="003B183A">
      <w:pPr>
        <w:jc w:val="center"/>
        <w:rPr>
          <w:lang w:eastAsia="ja-JP"/>
        </w:rPr>
      </w:pPr>
      <w:r w:rsidRPr="003B183A">
        <w:rPr>
          <w:rFonts w:hint="eastAsia"/>
          <w:b/>
          <w:sz w:val="32"/>
          <w:lang w:eastAsia="ja-JP"/>
        </w:rPr>
        <w:t>女子学生課題解決アイデア発表会</w:t>
      </w:r>
      <w:r w:rsidR="00C46FFC">
        <w:rPr>
          <w:b/>
          <w:sz w:val="32"/>
          <w:lang w:eastAsia="ja-JP"/>
        </w:rPr>
        <w:br/>
      </w:r>
      <w:r w:rsidR="00C46FFC">
        <w:rPr>
          <w:b/>
          <w:sz w:val="32"/>
          <w:lang w:eastAsia="ja-JP"/>
        </w:rPr>
        <w:t>協賛申込書</w:t>
      </w:r>
    </w:p>
    <w:p w14:paraId="1171AC7C" w14:textId="77777777" w:rsidR="00F768B1" w:rsidRDefault="00C46FFC" w:rsidP="00F756FC">
      <w:pPr>
        <w:jc w:val="right"/>
      </w:pPr>
      <w:r>
        <w:t>令和　　年　　月　　日</w:t>
      </w:r>
    </w:p>
    <w:p w14:paraId="50F2C5DF" w14:textId="77777777" w:rsidR="00F768B1" w:rsidRDefault="00C46FFC">
      <w:pPr>
        <w:rPr>
          <w:lang w:eastAsia="ja-JP"/>
        </w:rPr>
      </w:pPr>
      <w:r>
        <w:rPr>
          <w:lang w:eastAsia="ja-JP"/>
        </w:rPr>
        <w:t>長岡市長　様</w:t>
      </w:r>
    </w:p>
    <w:p w14:paraId="085A878F" w14:textId="77777777" w:rsidR="00F756FC" w:rsidRDefault="00F756FC" w:rsidP="00F756FC">
      <w:pPr>
        <w:rPr>
          <w:lang w:eastAsia="ja-JP"/>
        </w:rPr>
      </w:pPr>
    </w:p>
    <w:p w14:paraId="3F30AC63" w14:textId="0C69791E" w:rsidR="00F756FC" w:rsidRPr="00A67E39" w:rsidRDefault="00F756FC" w:rsidP="004A41DF">
      <w:pPr>
        <w:spacing w:after="0"/>
        <w:ind w:firstLineChars="1482" w:firstLine="3260"/>
      </w:pPr>
      <w:r>
        <w:rPr>
          <w:rFonts w:hint="eastAsia"/>
          <w:lang w:eastAsia="ja-JP"/>
        </w:rPr>
        <w:t>申込</w:t>
      </w:r>
      <w:r w:rsidRPr="00A67E39">
        <w:rPr>
          <w:rFonts w:hint="eastAsia"/>
        </w:rPr>
        <w:t xml:space="preserve">者　</w:t>
      </w:r>
      <w:r>
        <w:rPr>
          <w:rFonts w:hint="eastAsia"/>
          <w:lang w:eastAsia="ja-JP"/>
        </w:rPr>
        <w:t xml:space="preserve">  </w:t>
      </w:r>
      <w:r w:rsidR="004A41DF">
        <w:rPr>
          <w:rFonts w:hint="eastAsia"/>
          <w:lang w:eastAsia="ja-JP"/>
        </w:rPr>
        <w:t>所在地</w:t>
      </w:r>
      <w:r w:rsidRPr="00A67E39">
        <w:rPr>
          <w:rFonts w:hint="eastAsia"/>
        </w:rPr>
        <w:t xml:space="preserve">  </w:t>
      </w:r>
      <w:r w:rsidRPr="00A67E3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41B403C9" wp14:editId="6D243B8B">
                <wp:simplePos x="0" y="0"/>
                <wp:positionH relativeFrom="column">
                  <wp:posOffset>2689860</wp:posOffset>
                </wp:positionH>
                <wp:positionV relativeFrom="paragraph">
                  <wp:posOffset>176530</wp:posOffset>
                </wp:positionV>
                <wp:extent cx="2823210" cy="0"/>
                <wp:effectExtent l="13335" t="5080" r="11430" b="13970"/>
                <wp:wrapNone/>
                <wp:docPr id="139502211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23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B42ED" id="直線コネクタ 4" o:spid="_x0000_s1026" style="position:absolute;left:0;text-align:lef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8pt,13.9pt" to="434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" o:allowincell="f">
                <v:stroke dashstyle="1 1"/>
              </v:line>
            </w:pict>
          </mc:Fallback>
        </mc:AlternateContent>
      </w:r>
      <w:r w:rsidRPr="00A67E39">
        <w:rPr>
          <w:rFonts w:hint="eastAsia"/>
        </w:rPr>
        <w:t xml:space="preserve"> </w:t>
      </w:r>
    </w:p>
    <w:p w14:paraId="7226F24A" w14:textId="741603F8" w:rsidR="004A41DF" w:rsidRDefault="004A41DF" w:rsidP="00F756FC">
      <w:pPr>
        <w:spacing w:after="0"/>
        <w:ind w:left="3402" w:firstLine="851"/>
        <w:rPr>
          <w:lang w:eastAsia="ja-JP"/>
        </w:rPr>
      </w:pPr>
      <w:r w:rsidRPr="00A67E3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D0AE832" wp14:editId="7A523B05">
                <wp:simplePos x="0" y="0"/>
                <wp:positionH relativeFrom="column">
                  <wp:posOffset>2687544</wp:posOffset>
                </wp:positionH>
                <wp:positionV relativeFrom="paragraph">
                  <wp:posOffset>192442</wp:posOffset>
                </wp:positionV>
                <wp:extent cx="2809875" cy="0"/>
                <wp:effectExtent l="13335" t="13335" r="5715" b="5715"/>
                <wp:wrapNone/>
                <wp:docPr id="1120351444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67D25" id="直線コネクタ 3" o:spid="_x0000_s1026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6pt,15.15pt" to="432.8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" o:allowincell="f">
                <v:stroke dashstyle="1 1"/>
              </v:line>
            </w:pict>
          </mc:Fallback>
        </mc:AlternateContent>
      </w:r>
      <w:r>
        <w:rPr>
          <w:rFonts w:hint="eastAsia"/>
          <w:lang w:eastAsia="ja-JP"/>
        </w:rPr>
        <w:t>商号又は名称</w:t>
      </w:r>
    </w:p>
    <w:p w14:paraId="49522296" w14:textId="05B461BB" w:rsidR="00F756FC" w:rsidRPr="00A67E39" w:rsidRDefault="00F756FC" w:rsidP="00F756FC">
      <w:pPr>
        <w:spacing w:after="0"/>
        <w:ind w:left="3402" w:firstLine="851"/>
        <w:rPr>
          <w:lang w:eastAsia="ja-JP"/>
        </w:rPr>
      </w:pPr>
      <w:r w:rsidRPr="00A67E3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2020585" wp14:editId="4804888F">
                <wp:simplePos x="0" y="0"/>
                <wp:positionH relativeFrom="column">
                  <wp:posOffset>2689860</wp:posOffset>
                </wp:positionH>
                <wp:positionV relativeFrom="paragraph">
                  <wp:posOffset>184785</wp:posOffset>
                </wp:positionV>
                <wp:extent cx="2809875" cy="0"/>
                <wp:effectExtent l="13335" t="13335" r="5715" b="5715"/>
                <wp:wrapNone/>
                <wp:docPr id="71201879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23DDE" id="直線コネクタ 3" o:spid="_x0000_s1026" style="position:absolute;left:0;text-align:lef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8pt,14.55pt" to="433.0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" o:allowincell="f">
                <v:stroke dashstyle="1 1"/>
              </v:line>
            </w:pict>
          </mc:Fallback>
        </mc:AlternateContent>
      </w:r>
      <w:r w:rsidRPr="00A67E39">
        <w:rPr>
          <w:rFonts w:hint="eastAsia"/>
          <w:lang w:eastAsia="ja-JP"/>
        </w:rPr>
        <w:t>代表者</w:t>
      </w:r>
      <w:r w:rsidR="004A41DF">
        <w:rPr>
          <w:rFonts w:hint="eastAsia"/>
          <w:lang w:eastAsia="ja-JP"/>
        </w:rPr>
        <w:t>職</w:t>
      </w:r>
      <w:r w:rsidRPr="00A67E39">
        <w:rPr>
          <w:rFonts w:hint="eastAsia"/>
          <w:lang w:eastAsia="ja-JP"/>
        </w:rPr>
        <w:t xml:space="preserve">氏名　　　　　　　　　　　　</w:t>
      </w:r>
    </w:p>
    <w:p w14:paraId="6F05BF6A" w14:textId="69745142" w:rsidR="00F756FC" w:rsidRPr="00A67E39" w:rsidRDefault="00F756FC" w:rsidP="00F756FC">
      <w:pPr>
        <w:spacing w:after="0"/>
        <w:ind w:rightChars="-68" w:right="-150" w:firstLineChars="1403" w:firstLine="3087"/>
        <w:rPr>
          <w:noProof/>
          <w:lang w:eastAsia="ja-JP"/>
        </w:rPr>
      </w:pPr>
      <w:r>
        <w:rPr>
          <w:rFonts w:hint="eastAsia"/>
          <w:lang w:eastAsia="ja-JP"/>
        </w:rPr>
        <w:t>（</w:t>
      </w:r>
      <w:r w:rsidRPr="00A67E3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29A8E72" wp14:editId="2D76E68D">
                <wp:simplePos x="0" y="0"/>
                <wp:positionH relativeFrom="column">
                  <wp:posOffset>2703195</wp:posOffset>
                </wp:positionH>
                <wp:positionV relativeFrom="paragraph">
                  <wp:posOffset>189230</wp:posOffset>
                </wp:positionV>
                <wp:extent cx="2809875" cy="0"/>
                <wp:effectExtent l="7620" t="8255" r="11430" b="10795"/>
                <wp:wrapNone/>
                <wp:docPr id="1040152855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809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BC0FB" id="直線コネクタ 2" o:spid="_x0000_s1026" style="position:absolute;left:0;text-align:lef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85pt,14.9pt" to="434.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" o:allowincell="f">
                <v:stroke dashstyle="1 1"/>
              </v:line>
            </w:pict>
          </mc:Fallback>
        </mc:AlternateContent>
      </w:r>
      <w:r w:rsidRPr="00A67E39">
        <w:rPr>
          <w:rFonts w:hint="eastAsia"/>
          <w:lang w:eastAsia="ja-JP"/>
        </w:rPr>
        <w:t>連絡先</w:t>
      </w:r>
      <w:r w:rsidR="004A41DF">
        <w:rPr>
          <w:rFonts w:hint="eastAsia"/>
          <w:lang w:eastAsia="ja-JP"/>
        </w:rPr>
        <w:t>）</w:t>
      </w:r>
      <w:r w:rsidR="004A41DF">
        <w:rPr>
          <w:rFonts w:hint="eastAsia"/>
          <w:lang w:eastAsia="ja-JP"/>
        </w:rPr>
        <w:t xml:space="preserve"> </w:t>
      </w:r>
      <w:r w:rsidR="004A41DF">
        <w:rPr>
          <w:rFonts w:hint="eastAsia"/>
          <w:lang w:eastAsia="ja-JP"/>
        </w:rPr>
        <w:t>担当者名</w:t>
      </w:r>
    </w:p>
    <w:p w14:paraId="33F929E2" w14:textId="7434DAF6" w:rsidR="00F756FC" w:rsidRDefault="00F756FC" w:rsidP="00F756FC">
      <w:pPr>
        <w:spacing w:after="0"/>
        <w:ind w:firstLineChars="1933" w:firstLine="4253"/>
        <w:rPr>
          <w:lang w:eastAsia="ja-JP"/>
        </w:rPr>
      </w:pPr>
      <w:r w:rsidRPr="00A67E3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E5757B2" wp14:editId="19BDD106">
                <wp:simplePos x="0" y="0"/>
                <wp:positionH relativeFrom="column">
                  <wp:posOffset>2703195</wp:posOffset>
                </wp:positionH>
                <wp:positionV relativeFrom="paragraph">
                  <wp:posOffset>173355</wp:posOffset>
                </wp:positionV>
                <wp:extent cx="2796540" cy="0"/>
                <wp:effectExtent l="7620" t="11430" r="5715" b="7620"/>
                <wp:wrapNone/>
                <wp:docPr id="131244788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96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C64FA" id="直線コネクタ 1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85pt,13.65pt" to="433.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" o:allowincell="f">
                <v:stroke dashstyle="1 1"/>
              </v:line>
            </w:pict>
          </mc:Fallback>
        </mc:AlternateContent>
      </w:r>
      <w:r w:rsidR="004A41DF">
        <w:rPr>
          <w:rFonts w:hint="eastAsia"/>
          <w:lang w:eastAsia="ja-JP"/>
        </w:rPr>
        <w:t>電話番号</w:t>
      </w:r>
      <w:r>
        <w:rPr>
          <w:rFonts w:hint="eastAsia"/>
          <w:lang w:eastAsia="ja-JP"/>
        </w:rPr>
        <w:t xml:space="preserve">　　　　　　　　　</w:t>
      </w:r>
      <w:r w:rsidRPr="002B0873">
        <w:rPr>
          <w:rFonts w:hint="eastAsia"/>
          <w:w w:val="80"/>
          <w:sz w:val="18"/>
          <w:szCs w:val="18"/>
          <w:lang w:eastAsia="ja-JP"/>
        </w:rPr>
        <w:t xml:space="preserve">        </w:t>
      </w:r>
      <w:r w:rsidRPr="002B0873">
        <w:rPr>
          <w:rFonts w:hint="eastAsia"/>
          <w:w w:val="80"/>
          <w:sz w:val="18"/>
          <w:szCs w:val="18"/>
          <w:lang w:eastAsia="ja-JP"/>
        </w:rPr>
        <w:t xml:space="preserve">　　　</w:t>
      </w:r>
    </w:p>
    <w:p w14:paraId="4CFF1078" w14:textId="4F0FDBCD" w:rsidR="004A41DF" w:rsidRDefault="004A41DF" w:rsidP="004A41DF">
      <w:pPr>
        <w:spacing w:after="0"/>
        <w:ind w:firstLineChars="1933" w:firstLine="4253"/>
        <w:rPr>
          <w:lang w:eastAsia="ja-JP"/>
        </w:rPr>
      </w:pPr>
      <w:r w:rsidRPr="00A67E3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027A954" wp14:editId="3C97DE46">
                <wp:simplePos x="0" y="0"/>
                <wp:positionH relativeFrom="column">
                  <wp:posOffset>2703195</wp:posOffset>
                </wp:positionH>
                <wp:positionV relativeFrom="paragraph">
                  <wp:posOffset>173355</wp:posOffset>
                </wp:positionV>
                <wp:extent cx="2796540" cy="0"/>
                <wp:effectExtent l="7620" t="11430" r="5715" b="7620"/>
                <wp:wrapNone/>
                <wp:docPr id="1870976193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96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4176C" id="直線コネクタ 1" o:spid="_x0000_s1026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2.85pt,13.65pt" to="433.0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" o:allowincell="f">
                <v:stroke dashstyle="1 1"/>
              </v:line>
            </w:pict>
          </mc:Fallback>
        </mc:AlternateContent>
      </w:r>
      <w:r>
        <w:rPr>
          <w:rFonts w:hint="eastAsia"/>
          <w:lang w:eastAsia="ja-JP"/>
        </w:rPr>
        <w:t>メールアドレス</w:t>
      </w:r>
      <w:r w:rsidRPr="00A67E39"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 xml:space="preserve">　　　　　　　　　　　</w:t>
      </w:r>
      <w:r w:rsidRPr="002B0873">
        <w:rPr>
          <w:rFonts w:hint="eastAsia"/>
          <w:w w:val="80"/>
          <w:sz w:val="18"/>
          <w:szCs w:val="18"/>
          <w:lang w:eastAsia="ja-JP"/>
        </w:rPr>
        <w:t xml:space="preserve">        </w:t>
      </w:r>
      <w:r w:rsidRPr="002B0873">
        <w:rPr>
          <w:rFonts w:hint="eastAsia"/>
          <w:w w:val="80"/>
          <w:sz w:val="18"/>
          <w:szCs w:val="18"/>
          <w:lang w:eastAsia="ja-JP"/>
        </w:rPr>
        <w:t xml:space="preserve">　　　</w:t>
      </w:r>
    </w:p>
    <w:p w14:paraId="2103615D" w14:textId="77777777" w:rsidR="00F756FC" w:rsidRPr="004A41DF" w:rsidRDefault="00F756FC" w:rsidP="00F756FC">
      <w:pPr>
        <w:spacing w:after="0"/>
        <w:ind w:firstLineChars="1997" w:firstLine="4393"/>
        <w:rPr>
          <w:lang w:eastAsia="ja-JP"/>
        </w:rPr>
      </w:pPr>
    </w:p>
    <w:p w14:paraId="0C4970A8" w14:textId="77777777" w:rsidR="00DB40DD" w:rsidRDefault="00DB40DD" w:rsidP="00F756FC">
      <w:pPr>
        <w:spacing w:after="0"/>
        <w:ind w:firstLineChars="1997" w:firstLine="4393"/>
        <w:rPr>
          <w:lang w:eastAsia="ja-JP"/>
        </w:rPr>
      </w:pPr>
    </w:p>
    <w:p w14:paraId="46CF0DE3" w14:textId="7C5CCB26" w:rsidR="00F756FC" w:rsidRDefault="00F756FC" w:rsidP="00F756FC">
      <w:pPr>
        <w:spacing w:after="0"/>
        <w:rPr>
          <w:lang w:eastAsia="ja-JP"/>
        </w:rPr>
      </w:pPr>
      <w:r w:rsidRPr="00F756FC">
        <w:rPr>
          <w:rFonts w:hint="eastAsia"/>
          <w:lang w:eastAsia="ja-JP"/>
        </w:rPr>
        <w:t>「</w:t>
      </w:r>
      <w:bookmarkStart w:id="0" w:name="_Hlk242381682"/>
      <w:r w:rsidR="003B183A" w:rsidRPr="003B183A">
        <w:rPr>
          <w:rFonts w:hint="eastAsia"/>
          <w:lang w:eastAsia="ja-JP"/>
        </w:rPr>
        <w:t>女子学生課題解決アイデア発表会</w:t>
      </w:r>
      <w:bookmarkEnd w:id="0"/>
      <w:r w:rsidRPr="00F756FC">
        <w:rPr>
          <w:rFonts w:hint="eastAsia"/>
          <w:lang w:eastAsia="ja-JP"/>
        </w:rPr>
        <w:t>」の趣旨に賛同し、下記のとおり協賛を申し込みます。</w:t>
      </w:r>
    </w:p>
    <w:p w14:paraId="112A34D9" w14:textId="77777777" w:rsidR="00F756FC" w:rsidRPr="00F756FC" w:rsidRDefault="00F756FC" w:rsidP="00F756FC">
      <w:pPr>
        <w:spacing w:after="0"/>
        <w:rPr>
          <w:lang w:eastAsia="ja-JP"/>
        </w:rPr>
      </w:pPr>
    </w:p>
    <w:p w14:paraId="124365DF" w14:textId="44546C95" w:rsidR="00F768B1" w:rsidRPr="00455452" w:rsidRDefault="00F756FC" w:rsidP="00455452">
      <w:pPr>
        <w:spacing w:after="0"/>
        <w:rPr>
          <w:sz w:val="24"/>
          <w:szCs w:val="24"/>
          <w:lang w:eastAsia="ja-JP"/>
        </w:rPr>
      </w:pPr>
      <w:r w:rsidRPr="00455452">
        <w:rPr>
          <w:rFonts w:hint="eastAsia"/>
          <w:sz w:val="24"/>
          <w:szCs w:val="24"/>
          <w:lang w:eastAsia="ja-JP"/>
        </w:rPr>
        <w:t>1.</w:t>
      </w:r>
      <w:r w:rsidRPr="00455452">
        <w:rPr>
          <w:rFonts w:hint="eastAsia"/>
          <w:sz w:val="24"/>
          <w:szCs w:val="24"/>
          <w:lang w:eastAsia="ja-JP"/>
        </w:rPr>
        <w:t>協賛内容</w:t>
      </w:r>
    </w:p>
    <w:p w14:paraId="03818827" w14:textId="77777777" w:rsidR="00DB40DD" w:rsidRDefault="00F756FC" w:rsidP="00455452">
      <w:pPr>
        <w:spacing w:after="0"/>
        <w:ind w:firstLineChars="64" w:firstLine="141"/>
        <w:rPr>
          <w:b/>
          <w:lang w:eastAsia="ja-JP"/>
        </w:rPr>
      </w:pPr>
      <w:r>
        <w:rPr>
          <w:rFonts w:hint="eastAsia"/>
          <w:b/>
          <w:lang w:eastAsia="ja-JP"/>
        </w:rPr>
        <w:t>□</w:t>
      </w:r>
      <w:r w:rsidR="00C46FFC">
        <w:rPr>
          <w:b/>
        </w:rPr>
        <w:t xml:space="preserve"> </w:t>
      </w:r>
      <w:r w:rsidR="00C46FFC">
        <w:rPr>
          <w:b/>
        </w:rPr>
        <w:t xml:space="preserve">資金協賛　</w:t>
      </w:r>
    </w:p>
    <w:p w14:paraId="0D8E3C5F" w14:textId="774E9C6B" w:rsidR="00DB40DD" w:rsidRDefault="00C46FFC" w:rsidP="00455452">
      <w:pPr>
        <w:spacing w:after="0"/>
        <w:ind w:firstLineChars="64" w:firstLine="141"/>
        <w:rPr>
          <w:lang w:eastAsia="ja-JP"/>
        </w:rPr>
      </w:pPr>
      <w:r>
        <w:t>協賛口数</w:t>
      </w:r>
      <w:r w:rsidR="00DB40DD">
        <w:rPr>
          <w:rFonts w:hint="eastAsia"/>
          <w:lang w:eastAsia="ja-JP"/>
        </w:rPr>
        <w:t xml:space="preserve">（　　　</w:t>
      </w:r>
      <w:r>
        <w:t>口</w:t>
      </w:r>
      <w:r w:rsidR="00DB40DD">
        <w:rPr>
          <w:rFonts w:hint="eastAsia"/>
          <w:lang w:eastAsia="ja-JP"/>
        </w:rPr>
        <w:t>）</w:t>
      </w:r>
      <w:r>
        <w:t xml:space="preserve">　</w:t>
      </w:r>
    </w:p>
    <w:p w14:paraId="0804AC8E" w14:textId="72E87E42" w:rsidR="00F768B1" w:rsidRDefault="00C46FFC" w:rsidP="00455452">
      <w:pPr>
        <w:spacing w:after="0"/>
        <w:ind w:firstLineChars="64" w:firstLine="141"/>
        <w:rPr>
          <w:lang w:eastAsia="ja-JP"/>
        </w:rPr>
      </w:pPr>
      <w:r>
        <w:t>協賛金額</w:t>
      </w:r>
      <w:r w:rsidR="00DB40DD">
        <w:rPr>
          <w:rFonts w:hint="eastAsia"/>
          <w:lang w:eastAsia="ja-JP"/>
        </w:rPr>
        <w:t xml:space="preserve">（　　　　　</w:t>
      </w:r>
      <w:r>
        <w:t>円</w:t>
      </w:r>
      <w:r w:rsidR="00DB40DD">
        <w:rPr>
          <w:rFonts w:hint="eastAsia"/>
          <w:lang w:eastAsia="ja-JP"/>
        </w:rPr>
        <w:t>）</w:t>
      </w:r>
    </w:p>
    <w:p w14:paraId="370FC0FE" w14:textId="77777777" w:rsidR="00DB40DD" w:rsidRDefault="00F756FC" w:rsidP="00455452">
      <w:pPr>
        <w:spacing w:after="0"/>
        <w:ind w:firstLineChars="64" w:firstLine="141"/>
        <w:rPr>
          <w:b/>
          <w:lang w:eastAsia="ja-JP"/>
        </w:rPr>
      </w:pPr>
      <w:r>
        <w:rPr>
          <w:rFonts w:hint="eastAsia"/>
          <w:b/>
          <w:lang w:eastAsia="ja-JP"/>
        </w:rPr>
        <w:t>□</w:t>
      </w:r>
      <w:r w:rsidR="00C46FFC">
        <w:rPr>
          <w:b/>
          <w:lang w:eastAsia="ja-JP"/>
        </w:rPr>
        <w:t xml:space="preserve">物品協賛　</w:t>
      </w:r>
      <w:r w:rsidR="00DB40DD">
        <w:rPr>
          <w:rFonts w:hint="eastAsia"/>
          <w:b/>
          <w:lang w:eastAsia="ja-JP"/>
        </w:rPr>
        <w:t xml:space="preserve"> </w:t>
      </w:r>
    </w:p>
    <w:p w14:paraId="7F1BE47E" w14:textId="77777777" w:rsidR="00DB40DD" w:rsidRDefault="00F756FC" w:rsidP="00455452">
      <w:pPr>
        <w:spacing w:after="0"/>
        <w:ind w:firstLineChars="64" w:firstLine="141"/>
        <w:rPr>
          <w:b/>
          <w:lang w:eastAsia="ja-JP"/>
        </w:rPr>
      </w:pPr>
      <w:r>
        <w:rPr>
          <w:rFonts w:hint="eastAsia"/>
          <w:lang w:eastAsia="ja-JP"/>
        </w:rPr>
        <w:t>内容</w:t>
      </w:r>
      <w:r w:rsidR="00DB40DD">
        <w:rPr>
          <w:rFonts w:hint="eastAsia"/>
          <w:lang w:eastAsia="ja-JP"/>
        </w:rPr>
        <w:t>（　　　　　　　　　　　　　　　）</w:t>
      </w:r>
      <w:r w:rsidR="00DB40DD">
        <w:rPr>
          <w:rFonts w:hint="eastAsia"/>
          <w:b/>
          <w:lang w:eastAsia="ja-JP"/>
        </w:rPr>
        <w:t xml:space="preserve">                                                     </w:t>
      </w:r>
    </w:p>
    <w:p w14:paraId="5F5DC103" w14:textId="6539BD38" w:rsidR="00DB40DD" w:rsidRDefault="00C46FFC" w:rsidP="00455452">
      <w:pPr>
        <w:spacing w:after="0"/>
        <w:ind w:firstLineChars="64" w:firstLine="141"/>
        <w:rPr>
          <w:b/>
          <w:lang w:eastAsia="ja-JP"/>
        </w:rPr>
      </w:pPr>
      <w:r>
        <w:rPr>
          <w:lang w:eastAsia="ja-JP"/>
        </w:rPr>
        <w:t>数量</w:t>
      </w:r>
      <w:r w:rsidR="00DB40DD">
        <w:rPr>
          <w:rFonts w:hint="eastAsia"/>
          <w:lang w:eastAsia="ja-JP"/>
        </w:rPr>
        <w:t>（　　　　）</w:t>
      </w:r>
    </w:p>
    <w:p w14:paraId="3C1B2070" w14:textId="07A61CD7" w:rsidR="00F756FC" w:rsidRPr="00DB40DD" w:rsidRDefault="00C46FFC" w:rsidP="00455452">
      <w:pPr>
        <w:spacing w:after="0"/>
        <w:ind w:firstLineChars="64" w:firstLine="141"/>
        <w:rPr>
          <w:lang w:eastAsia="ja-JP"/>
        </w:rPr>
      </w:pPr>
      <w:r>
        <w:rPr>
          <w:lang w:eastAsia="ja-JP"/>
        </w:rPr>
        <w:t>参考価格</w:t>
      </w:r>
      <w:r w:rsidR="00DB40DD">
        <w:rPr>
          <w:rFonts w:hint="eastAsia"/>
          <w:lang w:eastAsia="ja-JP"/>
        </w:rPr>
        <w:t>（　　　　　円）</w:t>
      </w:r>
    </w:p>
    <w:p w14:paraId="4E1ADE58" w14:textId="77777777" w:rsidR="00F756FC" w:rsidRDefault="00F756FC" w:rsidP="00455452">
      <w:pPr>
        <w:ind w:firstLineChars="64" w:firstLine="141"/>
        <w:rPr>
          <w:lang w:eastAsia="ja-JP"/>
        </w:rPr>
      </w:pPr>
    </w:p>
    <w:p w14:paraId="36F8DFC4" w14:textId="5C6F7770" w:rsidR="00F756FC" w:rsidRPr="003B183A" w:rsidRDefault="00DB40DD" w:rsidP="003B183A">
      <w:pPr>
        <w:spacing w:after="0"/>
        <w:rPr>
          <w:sz w:val="24"/>
          <w:szCs w:val="24"/>
          <w:lang w:eastAsia="ja-JP"/>
        </w:rPr>
      </w:pPr>
      <w:r w:rsidRPr="00455452">
        <w:rPr>
          <w:rFonts w:hint="eastAsia"/>
          <w:sz w:val="24"/>
          <w:szCs w:val="24"/>
          <w:lang w:eastAsia="ja-JP"/>
        </w:rPr>
        <w:t>2.</w:t>
      </w:r>
      <w:r w:rsidR="00C46FFC" w:rsidRPr="00455452">
        <w:rPr>
          <w:sz w:val="24"/>
          <w:szCs w:val="24"/>
          <w:lang w:eastAsia="ja-JP"/>
        </w:rPr>
        <w:t xml:space="preserve"> </w:t>
      </w:r>
      <w:r w:rsidR="00C46FFC" w:rsidRPr="00455452">
        <w:rPr>
          <w:sz w:val="24"/>
          <w:szCs w:val="24"/>
          <w:lang w:eastAsia="ja-JP"/>
        </w:rPr>
        <w:t>確認事項</w:t>
      </w:r>
    </w:p>
    <w:p w14:paraId="466FEBB3" w14:textId="77777777" w:rsidR="003B183A" w:rsidRDefault="00DB40DD" w:rsidP="00455452">
      <w:pPr>
        <w:spacing w:after="0"/>
        <w:ind w:firstLineChars="64" w:firstLine="141"/>
        <w:rPr>
          <w:lang w:eastAsia="ja-JP"/>
        </w:rPr>
      </w:pPr>
      <w:r>
        <w:rPr>
          <w:rFonts w:hint="eastAsia"/>
          <w:lang w:eastAsia="ja-JP"/>
        </w:rPr>
        <w:t>広報物への</w:t>
      </w:r>
      <w:r w:rsidR="00F756FC">
        <w:rPr>
          <w:lang w:eastAsia="ja-JP"/>
        </w:rPr>
        <w:t>企業ロゴ掲載</w:t>
      </w:r>
    </w:p>
    <w:p w14:paraId="49D997B4" w14:textId="6A872E77" w:rsidR="00F756FC" w:rsidRDefault="003B183A" w:rsidP="00455452">
      <w:pPr>
        <w:spacing w:after="0"/>
        <w:ind w:firstLineChars="64" w:firstLine="141"/>
        <w:rPr>
          <w:lang w:eastAsia="ja-JP"/>
        </w:rPr>
      </w:pPr>
      <w:r>
        <w:rPr>
          <w:rFonts w:hint="eastAsia"/>
          <w:lang w:eastAsia="ja-JP"/>
        </w:rPr>
        <w:t>□</w:t>
      </w:r>
      <w:r w:rsidR="00F756FC">
        <w:rPr>
          <w:rFonts w:hint="eastAsia"/>
          <w:lang w:eastAsia="ja-JP"/>
        </w:rPr>
        <w:t>希望</w:t>
      </w:r>
      <w:r>
        <w:rPr>
          <w:rFonts w:hint="eastAsia"/>
          <w:lang w:eastAsia="ja-JP"/>
        </w:rPr>
        <w:t>する　　□希望しない</w:t>
      </w:r>
    </w:p>
    <w:p w14:paraId="48D797B9" w14:textId="77777777" w:rsidR="003B183A" w:rsidRDefault="003B183A" w:rsidP="00455452">
      <w:pPr>
        <w:spacing w:after="0"/>
        <w:ind w:firstLineChars="64" w:firstLine="141"/>
        <w:rPr>
          <w:lang w:eastAsia="ja-JP"/>
        </w:rPr>
      </w:pPr>
    </w:p>
    <w:p w14:paraId="096AB2C6" w14:textId="51135DEC" w:rsidR="00DB40DD" w:rsidRDefault="00DB40DD" w:rsidP="00455452">
      <w:pPr>
        <w:spacing w:after="0"/>
        <w:ind w:firstLineChars="64" w:firstLine="141"/>
        <w:rPr>
          <w:lang w:eastAsia="ja-JP"/>
        </w:rPr>
      </w:pPr>
      <w:r>
        <w:rPr>
          <w:rFonts w:hint="eastAsia"/>
          <w:lang w:eastAsia="ja-JP"/>
        </w:rPr>
        <w:t>※</w:t>
      </w:r>
      <w:r w:rsidR="003B183A">
        <w:rPr>
          <w:rFonts w:hint="eastAsia"/>
          <w:lang w:eastAsia="ja-JP"/>
        </w:rPr>
        <w:t>希望される場合は、</w:t>
      </w:r>
      <w:r w:rsidR="00094CA9">
        <w:rPr>
          <w:rFonts w:hint="eastAsia"/>
          <w:lang w:eastAsia="ja-JP"/>
        </w:rPr>
        <w:t>10</w:t>
      </w:r>
      <w:r>
        <w:rPr>
          <w:rFonts w:hint="eastAsia"/>
          <w:lang w:eastAsia="ja-JP"/>
        </w:rPr>
        <w:t>月</w:t>
      </w:r>
      <w:r w:rsidR="00094CA9">
        <w:rPr>
          <w:rFonts w:hint="eastAsia"/>
          <w:lang w:eastAsia="ja-JP"/>
        </w:rPr>
        <w:t>30</w:t>
      </w:r>
      <w:r>
        <w:rPr>
          <w:rFonts w:hint="eastAsia"/>
          <w:lang w:eastAsia="ja-JP"/>
        </w:rPr>
        <w:t>日（金）までに下記メールアドレスにお送りください。</w:t>
      </w:r>
    </w:p>
    <w:p w14:paraId="3622F005" w14:textId="6986B87A" w:rsidR="00F756FC" w:rsidRDefault="00DB40DD" w:rsidP="00F756FC">
      <w:pPr>
        <w:rPr>
          <w:lang w:eastAsia="ja-JP"/>
        </w:rPr>
      </w:pPr>
      <w:r w:rsidRPr="00276E7C">
        <w:rPr>
          <w:rFonts w:ascii="游明朝" w:eastAsia="游明朝" w:hAnsi="游明朝"/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3FD0123" wp14:editId="6C541E74">
                <wp:simplePos x="0" y="0"/>
                <wp:positionH relativeFrom="column">
                  <wp:posOffset>2811556</wp:posOffset>
                </wp:positionH>
                <wp:positionV relativeFrom="paragraph">
                  <wp:posOffset>307774</wp:posOffset>
                </wp:positionV>
                <wp:extent cx="2821940" cy="1115060"/>
                <wp:effectExtent l="0" t="0" r="16510" b="2794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1115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A0028" w14:textId="77777777" w:rsidR="00DB40DD" w:rsidRDefault="00DB40DD" w:rsidP="00DB40DD">
                            <w:pPr>
                              <w:spacing w:after="0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【問い合わせ先】</w:t>
                            </w:r>
                          </w:p>
                          <w:p w14:paraId="5814BB12" w14:textId="77777777" w:rsidR="00DB40DD" w:rsidRDefault="00DB40DD" w:rsidP="00DB40DD">
                            <w:pPr>
                              <w:spacing w:after="0"/>
                              <w:rPr>
                                <w:lang w:eastAsia="ja-JP"/>
                              </w:rPr>
                            </w:pPr>
                          </w:p>
                          <w:p w14:paraId="2E5998C0" w14:textId="77777777" w:rsidR="00DB40DD" w:rsidRDefault="00DB40DD" w:rsidP="00DB40DD">
                            <w:pPr>
                              <w:spacing w:after="0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長岡市商工部産業イノベーション課</w:t>
                            </w:r>
                          </w:p>
                          <w:p w14:paraId="3E45D737" w14:textId="77777777" w:rsidR="00DB40DD" w:rsidRDefault="00DB40DD" w:rsidP="00DB40DD">
                            <w:pPr>
                              <w:spacing w:after="0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電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話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：</w:t>
                            </w:r>
                            <w:r w:rsidRPr="00F90C80">
                              <w:rPr>
                                <w:rFonts w:asciiTheme="minorEastAsia" w:hAnsiTheme="minorEastAsia" w:hint="eastAsia"/>
                                <w:lang w:eastAsia="ja-JP"/>
                              </w:rPr>
                              <w:t>0258-39-2402</w:t>
                            </w:r>
                          </w:p>
                          <w:p w14:paraId="185E2E2D" w14:textId="77777777" w:rsidR="00DB40DD" w:rsidRDefault="00DB40DD" w:rsidP="00DB40DD">
                            <w:pPr>
                              <w:spacing w:after="0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lang w:eastAsia="ja-JP"/>
                              </w:rPr>
                              <w:t xml:space="preserve">Email 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:</w:t>
                            </w:r>
                            <w:r>
                              <w:rPr>
                                <w:lang w:eastAsia="ja-JP"/>
                              </w:rPr>
                              <w:t>sangyou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-</w:t>
                            </w:r>
                            <w:r>
                              <w:rPr>
                                <w:lang w:eastAsia="ja-JP"/>
                              </w:rPr>
                              <w:t>seisaku@city.nagaoka.lg.jp</w:t>
                            </w:r>
                          </w:p>
                          <w:p w14:paraId="701E3BFA" w14:textId="77777777" w:rsidR="00DB40DD" w:rsidRDefault="00DB40DD" w:rsidP="00DB40DD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D01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21.4pt;margin-top:24.25pt;width:222.2pt;height:87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">
                <v:textbox>
                  <w:txbxContent>
                    <w:p w14:paraId="1CEA0028" w14:textId="77777777" w:rsidR="00DB40DD" w:rsidRDefault="00DB40DD" w:rsidP="00DB40DD">
                      <w:pPr>
                        <w:spacing w:after="0"/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【問い合わせ先】</w:t>
                      </w:r>
                    </w:p>
                    <w:p w14:paraId="5814BB12" w14:textId="77777777" w:rsidR="00DB40DD" w:rsidRDefault="00DB40DD" w:rsidP="00DB40DD">
                      <w:pPr>
                        <w:spacing w:after="0"/>
                        <w:rPr>
                          <w:rFonts w:hint="eastAsia"/>
                          <w:lang w:eastAsia="ja-JP"/>
                        </w:rPr>
                      </w:pPr>
                    </w:p>
                    <w:p w14:paraId="2E5998C0" w14:textId="77777777" w:rsidR="00DB40DD" w:rsidRDefault="00DB40DD" w:rsidP="00DB40DD">
                      <w:pPr>
                        <w:spacing w:after="0"/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長岡市商工部産業イノベーション課</w:t>
                      </w:r>
                    </w:p>
                    <w:p w14:paraId="3E45D737" w14:textId="77777777" w:rsidR="00DB40DD" w:rsidRDefault="00DB40DD" w:rsidP="00DB40DD">
                      <w:pPr>
                        <w:spacing w:after="0"/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電</w:t>
                      </w:r>
                      <w:r>
                        <w:rPr>
                          <w:rFonts w:hint="eastAsia"/>
                          <w:lang w:eastAsia="ja-JP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ja-JP"/>
                        </w:rPr>
                        <w:t>話</w:t>
                      </w:r>
                      <w:r>
                        <w:rPr>
                          <w:rFonts w:hint="eastAsia"/>
                          <w:lang w:eastAsia="ja-JP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ja-JP"/>
                        </w:rPr>
                        <w:t>：</w:t>
                      </w:r>
                      <w:r w:rsidRPr="00F90C80">
                        <w:rPr>
                          <w:rFonts w:asciiTheme="minorEastAsia" w:hAnsiTheme="minorEastAsia" w:hint="eastAsia"/>
                          <w:lang w:eastAsia="ja-JP"/>
                        </w:rPr>
                        <w:t>0258-39-2402</w:t>
                      </w:r>
                    </w:p>
                    <w:p w14:paraId="185E2E2D" w14:textId="77777777" w:rsidR="00DB40DD" w:rsidRDefault="00DB40DD" w:rsidP="00DB40DD">
                      <w:pPr>
                        <w:spacing w:after="0"/>
                        <w:rPr>
                          <w:lang w:eastAsia="ja-JP"/>
                        </w:rPr>
                      </w:pPr>
                      <w:r>
                        <w:rPr>
                          <w:lang w:eastAsia="ja-JP"/>
                        </w:rPr>
                        <w:t xml:space="preserve">Email </w:t>
                      </w:r>
                      <w:r>
                        <w:rPr>
                          <w:rFonts w:hint="eastAsia"/>
                          <w:lang w:eastAsia="ja-JP"/>
                        </w:rPr>
                        <w:t>:</w:t>
                      </w:r>
                      <w:r>
                        <w:rPr>
                          <w:lang w:eastAsia="ja-JP"/>
                        </w:rPr>
                        <w:t>sangyou</w:t>
                      </w:r>
                      <w:r>
                        <w:rPr>
                          <w:rFonts w:hint="eastAsia"/>
                          <w:lang w:eastAsia="ja-JP"/>
                        </w:rPr>
                        <w:t>-</w:t>
                      </w:r>
                      <w:r>
                        <w:rPr>
                          <w:lang w:eastAsia="ja-JP"/>
                        </w:rPr>
                        <w:t>seisaku@city.nagaoka.lg.jp</w:t>
                      </w:r>
                    </w:p>
                    <w:p w14:paraId="701E3BFA" w14:textId="77777777" w:rsidR="00DB40DD" w:rsidRDefault="00DB40DD" w:rsidP="00DB40DD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35B655" w14:textId="4A6D98AB" w:rsidR="00F768B1" w:rsidRDefault="00C46FFC">
      <w:pPr>
        <w:rPr>
          <w:lang w:eastAsia="ja-JP"/>
        </w:rPr>
      </w:pPr>
      <w:r>
        <w:rPr>
          <w:lang w:eastAsia="ja-JP"/>
        </w:rPr>
        <w:br/>
      </w:r>
      <w:r>
        <w:rPr>
          <w:lang w:eastAsia="ja-JP"/>
        </w:rPr>
        <w:br/>
      </w:r>
    </w:p>
    <w:sectPr w:rsidR="00F768B1" w:rsidSect="00DB40DD">
      <w:pgSz w:w="12240" w:h="15840"/>
      <w:pgMar w:top="709" w:right="1800" w:bottom="709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9A815" w14:textId="77777777" w:rsidR="00F756FC" w:rsidRDefault="00F756FC" w:rsidP="00F756FC">
      <w:pPr>
        <w:spacing w:after="0" w:line="240" w:lineRule="auto"/>
      </w:pPr>
      <w:r>
        <w:separator/>
      </w:r>
    </w:p>
  </w:endnote>
  <w:endnote w:type="continuationSeparator" w:id="0">
    <w:p w14:paraId="4A14BBE1" w14:textId="77777777" w:rsidR="00F756FC" w:rsidRDefault="00F756FC" w:rsidP="00F7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0B5C4" w14:textId="77777777" w:rsidR="00F756FC" w:rsidRDefault="00F756FC" w:rsidP="00F756FC">
      <w:pPr>
        <w:spacing w:after="0" w:line="240" w:lineRule="auto"/>
      </w:pPr>
      <w:r>
        <w:separator/>
      </w:r>
    </w:p>
  </w:footnote>
  <w:footnote w:type="continuationSeparator" w:id="0">
    <w:p w14:paraId="1B9013D0" w14:textId="77777777" w:rsidR="00F756FC" w:rsidRDefault="00F756FC" w:rsidP="00F75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8511359">
    <w:abstractNumId w:val="8"/>
  </w:num>
  <w:num w:numId="2" w16cid:durableId="1006177234">
    <w:abstractNumId w:val="6"/>
  </w:num>
  <w:num w:numId="3" w16cid:durableId="384260022">
    <w:abstractNumId w:val="5"/>
  </w:num>
  <w:num w:numId="4" w16cid:durableId="850685663">
    <w:abstractNumId w:val="4"/>
  </w:num>
  <w:num w:numId="5" w16cid:durableId="926695533">
    <w:abstractNumId w:val="7"/>
  </w:num>
  <w:num w:numId="6" w16cid:durableId="1523206617">
    <w:abstractNumId w:val="3"/>
  </w:num>
  <w:num w:numId="7" w16cid:durableId="1655447131">
    <w:abstractNumId w:val="2"/>
  </w:num>
  <w:num w:numId="8" w16cid:durableId="2111319594">
    <w:abstractNumId w:val="1"/>
  </w:num>
  <w:num w:numId="9" w16cid:durableId="1374623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savePreviewPicture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CA9"/>
    <w:rsid w:val="0015074B"/>
    <w:rsid w:val="00260DDD"/>
    <w:rsid w:val="0029639D"/>
    <w:rsid w:val="00326F90"/>
    <w:rsid w:val="003B183A"/>
    <w:rsid w:val="00455452"/>
    <w:rsid w:val="004A41DF"/>
    <w:rsid w:val="00AA1D8D"/>
    <w:rsid w:val="00B47730"/>
    <w:rsid w:val="00B70DF2"/>
    <w:rsid w:val="00B95E36"/>
    <w:rsid w:val="00C46FFC"/>
    <w:rsid w:val="00C677A1"/>
    <w:rsid w:val="00CB0664"/>
    <w:rsid w:val="00DB40DD"/>
    <w:rsid w:val="00F756FC"/>
    <w:rsid w:val="00F768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C3E3BA3"/>
  <w14:defaultImageDpi w14:val="300"/>
  <w15:docId w15:val="{47674BD5-5A5D-49DC-81AE-6038A8E5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長岡市役所</cp:lastModifiedBy>
  <cp:revision>3</cp:revision>
  <dcterms:created xsi:type="dcterms:W3CDTF">2026-10-15T10:56:00Z</dcterms:created>
  <dcterms:modified xsi:type="dcterms:W3CDTF">2026-10-16T10:48:00Z</dcterms:modified>
  <cp:category/>
</cp:coreProperties>
</file>